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413" w:rsidRPr="008A03B6" w:rsidRDefault="00EF14ED">
      <w:pPr>
        <w:pStyle w:val="aa"/>
        <w:spacing w:after="60"/>
        <w:jc w:val="center"/>
        <w:rPr>
          <w:rFonts w:ascii="標楷體" w:eastAsia="標楷體" w:hAnsi="標楷體"/>
          <w:sz w:val="40"/>
          <w:szCs w:val="40"/>
          <w:lang w:eastAsia="zh-TW"/>
        </w:rPr>
      </w:pPr>
      <w:r w:rsidRPr="008A03B6">
        <w:rPr>
          <w:rFonts w:ascii="標楷體" w:eastAsia="標楷體" w:hAnsi="標楷體"/>
          <w:sz w:val="40"/>
          <w:szCs w:val="40"/>
          <w:lang w:eastAsia="zh-TW"/>
        </w:rPr>
        <w:t>林口長庚紀念醫院營養治療科</w:t>
      </w:r>
      <w:r w:rsidRPr="008A03B6">
        <w:rPr>
          <w:rFonts w:ascii="標楷體" w:eastAsia="標楷體" w:hAnsi="標楷體"/>
          <w:sz w:val="40"/>
          <w:szCs w:val="40"/>
          <w:lang w:eastAsia="zh-TW"/>
        </w:rPr>
        <w:br/>
      </w:r>
      <w:proofErr w:type="gramStart"/>
      <w:r w:rsidR="00FA03E8">
        <w:rPr>
          <w:rFonts w:ascii="標楷體" w:eastAsia="標楷體" w:hAnsi="標楷體" w:hint="eastAsia"/>
          <w:sz w:val="40"/>
          <w:szCs w:val="40"/>
          <w:lang w:eastAsia="zh-TW"/>
        </w:rPr>
        <w:t>1</w:t>
      </w:r>
      <w:r w:rsidR="00FA03E8">
        <w:rPr>
          <w:rFonts w:ascii="標楷體" w:eastAsia="標楷體" w:hAnsi="標楷體"/>
          <w:sz w:val="40"/>
          <w:szCs w:val="40"/>
          <w:lang w:eastAsia="zh-TW"/>
        </w:rPr>
        <w:t>16</w:t>
      </w:r>
      <w:proofErr w:type="gramEnd"/>
      <w:r w:rsidR="00FA03E8">
        <w:rPr>
          <w:rFonts w:ascii="標楷體" w:eastAsia="標楷體" w:hAnsi="標楷體" w:hint="eastAsia"/>
          <w:sz w:val="40"/>
          <w:szCs w:val="40"/>
          <w:lang w:eastAsia="zh-TW"/>
        </w:rPr>
        <w:t>年度</w:t>
      </w:r>
      <w:r w:rsidR="00637371">
        <w:rPr>
          <w:rFonts w:ascii="標楷體" w:eastAsia="標楷體" w:hAnsi="標楷體" w:hint="eastAsia"/>
          <w:sz w:val="40"/>
          <w:szCs w:val="40"/>
          <w:lang w:eastAsia="zh-TW"/>
        </w:rPr>
        <w:t>暑期</w:t>
      </w:r>
      <w:r w:rsidRPr="008A03B6">
        <w:rPr>
          <w:rFonts w:ascii="標楷體" w:eastAsia="標楷體" w:hAnsi="標楷體"/>
          <w:sz w:val="40"/>
          <w:szCs w:val="40"/>
          <w:lang w:eastAsia="zh-TW"/>
        </w:rPr>
        <w:t>實習甄試成績審核表</w:t>
      </w:r>
    </w:p>
    <w:p w:rsidR="002B4273" w:rsidRDefault="008E17E9" w:rsidP="002B4273">
      <w:pPr>
        <w:spacing w:before="60" w:after="20"/>
        <w:rPr>
          <w:rFonts w:ascii="標楷體" w:eastAsia="標楷體" w:hAnsi="標楷體" w:hint="eastAsia"/>
          <w:b/>
          <w:color w:val="1F4E78"/>
          <w:sz w:val="24"/>
          <w:szCs w:val="24"/>
          <w:lang w:eastAsia="zh-TW"/>
        </w:rPr>
      </w:pPr>
      <w:r w:rsidRPr="006A36FE">
        <w:rPr>
          <w:rFonts w:ascii="標楷體" w:eastAsia="標楷體" w:hAnsi="標楷體" w:hint="eastAsia"/>
          <w:b/>
          <w:color w:val="1F4E78"/>
          <w:sz w:val="24"/>
          <w:szCs w:val="24"/>
          <w:lang w:eastAsia="zh-TW"/>
        </w:rPr>
        <w:t>申請截止日：1</w:t>
      </w:r>
      <w:r w:rsidRPr="006A36FE">
        <w:rPr>
          <w:rFonts w:ascii="標楷體" w:eastAsia="標楷體" w:hAnsi="標楷體"/>
          <w:b/>
          <w:color w:val="1F4E78"/>
          <w:sz w:val="24"/>
          <w:szCs w:val="24"/>
          <w:lang w:eastAsia="zh-TW"/>
        </w:rPr>
        <w:t>15</w:t>
      </w:r>
      <w:r w:rsidRPr="006A36FE">
        <w:rPr>
          <w:rFonts w:ascii="標楷體" w:eastAsia="標楷體" w:hAnsi="標楷體" w:hint="eastAsia"/>
          <w:b/>
          <w:color w:val="1F4E78"/>
          <w:sz w:val="24"/>
          <w:szCs w:val="24"/>
          <w:lang w:eastAsia="zh-TW"/>
        </w:rPr>
        <w:t>年12月4日</w:t>
      </w:r>
      <w:r w:rsidR="00537CC6">
        <w:rPr>
          <w:rFonts w:ascii="標楷體" w:eastAsia="標楷體" w:hAnsi="標楷體" w:hint="eastAsia"/>
          <w:b/>
          <w:color w:val="1F4E78"/>
          <w:sz w:val="24"/>
          <w:szCs w:val="24"/>
          <w:lang w:eastAsia="zh-TW"/>
        </w:rPr>
        <w:t>(星期</w:t>
      </w:r>
      <w:r w:rsidRPr="006A36FE">
        <w:rPr>
          <w:rFonts w:ascii="標楷體" w:eastAsia="標楷體" w:hAnsi="標楷體" w:hint="eastAsia"/>
          <w:b/>
          <w:color w:val="1F4E78"/>
          <w:sz w:val="24"/>
          <w:szCs w:val="24"/>
          <w:lang w:eastAsia="zh-TW"/>
        </w:rPr>
        <w:t>五</w:t>
      </w:r>
      <w:r w:rsidR="00537CC6">
        <w:rPr>
          <w:rFonts w:ascii="標楷體" w:eastAsia="標楷體" w:hAnsi="標楷體" w:hint="eastAsia"/>
          <w:b/>
          <w:color w:val="1F4E78"/>
          <w:sz w:val="24"/>
          <w:szCs w:val="24"/>
          <w:lang w:eastAsia="zh-TW"/>
        </w:rPr>
        <w:t>)，下午5點</w:t>
      </w:r>
      <w:r w:rsidR="00CA5CEE">
        <w:rPr>
          <w:rFonts w:ascii="標楷體" w:eastAsia="標楷體" w:hAnsi="標楷體" w:hint="eastAsia"/>
          <w:b/>
          <w:color w:val="1F4E78"/>
          <w:sz w:val="24"/>
          <w:szCs w:val="24"/>
          <w:lang w:eastAsia="zh-TW"/>
        </w:rPr>
        <w:t>前</w:t>
      </w:r>
      <w:r w:rsidR="002B4273">
        <w:rPr>
          <w:rFonts w:ascii="標楷體" w:eastAsia="標楷體" w:hAnsi="標楷體" w:hint="eastAsia"/>
          <w:b/>
          <w:color w:val="1F4E78"/>
          <w:sz w:val="24"/>
          <w:szCs w:val="24"/>
          <w:lang w:eastAsia="zh-TW"/>
        </w:rPr>
        <w:t xml:space="preserve">      學校______________姓名____________</w:t>
      </w:r>
    </w:p>
    <w:p w:rsidR="004C6817" w:rsidRPr="006A36FE" w:rsidRDefault="004C6817" w:rsidP="002B4273">
      <w:pPr>
        <w:spacing w:before="60" w:after="20"/>
        <w:rPr>
          <w:rFonts w:ascii="標楷體" w:eastAsia="標楷體" w:hAnsi="標楷體"/>
          <w:b/>
          <w:sz w:val="24"/>
          <w:szCs w:val="24"/>
          <w:lang w:eastAsia="zh-TW"/>
        </w:rPr>
      </w:pPr>
    </w:p>
    <w:p w:rsidR="009B3413" w:rsidRPr="006A36FE" w:rsidRDefault="00EF14ED">
      <w:pPr>
        <w:spacing w:before="60" w:after="20"/>
        <w:rPr>
          <w:rFonts w:ascii="標楷體" w:eastAsia="標楷體" w:hAnsi="標楷體"/>
          <w:b/>
          <w:sz w:val="24"/>
          <w:szCs w:val="24"/>
          <w:lang w:eastAsia="zh-TW"/>
        </w:rPr>
      </w:pPr>
      <w:r w:rsidRPr="006A36FE">
        <w:rPr>
          <w:rFonts w:ascii="標楷體" w:eastAsia="標楷體" w:hAnsi="標楷體"/>
          <w:b/>
          <w:color w:val="1F4E78"/>
          <w:sz w:val="24"/>
          <w:szCs w:val="24"/>
          <w:lang w:eastAsia="zh-TW"/>
        </w:rPr>
        <w:t>填表說明</w:t>
      </w:r>
      <w:r w:rsidR="008E17E9" w:rsidRPr="006A36FE">
        <w:rPr>
          <w:rFonts w:ascii="標楷體" w:eastAsia="標楷體" w:hAnsi="標楷體" w:hint="eastAsia"/>
          <w:b/>
          <w:color w:val="1F4E78"/>
          <w:sz w:val="24"/>
          <w:szCs w:val="24"/>
          <w:lang w:eastAsia="zh-TW"/>
        </w:rPr>
        <w:t>：</w:t>
      </w:r>
    </w:p>
    <w:p w:rsidR="009B3413" w:rsidRPr="006A36FE" w:rsidRDefault="00FE44FD" w:rsidP="008E17E9">
      <w:pPr>
        <w:pStyle w:val="ae"/>
        <w:numPr>
          <w:ilvl w:val="0"/>
          <w:numId w:val="10"/>
        </w:numPr>
        <w:spacing w:after="12" w:line="240" w:lineRule="auto"/>
        <w:rPr>
          <w:rFonts w:ascii="標楷體" w:eastAsia="標楷體" w:hAnsi="標楷體"/>
          <w:bCs/>
          <w:color w:val="000000"/>
          <w:sz w:val="24"/>
          <w:szCs w:val="24"/>
          <w:lang w:eastAsia="zh-TW"/>
        </w:rPr>
      </w:pPr>
      <w:r w:rsidRPr="00FE44FD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本</w:t>
      </w:r>
      <w:proofErr w:type="gramStart"/>
      <w:r w:rsidRPr="00FE44FD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表僅填列</w:t>
      </w:r>
      <w:proofErr w:type="gramEnd"/>
      <w:r w:rsidRPr="00FE44FD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六項指定科目之主科成績，不納入實驗課成績。</w:t>
      </w:r>
      <w:proofErr w:type="gramStart"/>
      <w:r w:rsidRPr="00FE44FD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校方課名不同</w:t>
      </w:r>
      <w:proofErr w:type="gramEnd"/>
      <w:r w:rsidRPr="00FE44FD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者，請依正式成績單填寫實際課程名稱</w:t>
      </w:r>
      <w:r w:rsidR="00EF14ED" w:rsidRPr="006A36FE">
        <w:rPr>
          <w:rFonts w:ascii="標楷體" w:eastAsia="標楷體" w:hAnsi="標楷體"/>
          <w:bCs/>
          <w:color w:val="000000"/>
          <w:sz w:val="24"/>
          <w:szCs w:val="24"/>
          <w:lang w:eastAsia="zh-TW"/>
        </w:rPr>
        <w:t>。</w:t>
      </w:r>
    </w:p>
    <w:p w:rsidR="009B3413" w:rsidRPr="006A36FE" w:rsidRDefault="00EF14ED" w:rsidP="008E17E9">
      <w:pPr>
        <w:pStyle w:val="ae"/>
        <w:numPr>
          <w:ilvl w:val="0"/>
          <w:numId w:val="10"/>
        </w:numPr>
        <w:spacing w:after="12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  <w:r w:rsidRPr="006A36FE">
        <w:rPr>
          <w:rFonts w:ascii="標楷體" w:eastAsia="標楷體" w:hAnsi="標楷體"/>
          <w:bCs/>
          <w:color w:val="000000"/>
          <w:sz w:val="24"/>
          <w:szCs w:val="24"/>
          <w:lang w:eastAsia="zh-TW"/>
        </w:rPr>
        <w:t>同一科若分為</w:t>
      </w:r>
      <w:r w:rsidR="00BF0B81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(</w:t>
      </w:r>
      <w:proofErr w:type="gramStart"/>
      <w:r w:rsidR="00BF0B81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一</w:t>
      </w:r>
      <w:proofErr w:type="gramEnd"/>
      <w:r w:rsidR="00BF0B81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)</w:t>
      </w:r>
      <w:r w:rsidRPr="006A36FE">
        <w:rPr>
          <w:rFonts w:ascii="標楷體" w:eastAsia="標楷體" w:hAnsi="標楷體"/>
          <w:bCs/>
          <w:color w:val="000000"/>
          <w:sz w:val="24"/>
          <w:szCs w:val="24"/>
          <w:lang w:eastAsia="zh-TW"/>
        </w:rPr>
        <w:t>、</w:t>
      </w:r>
      <w:r w:rsidR="00BF0B81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(二)、(三)</w:t>
      </w:r>
      <w:r w:rsidR="00FE44FD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或上</w:t>
      </w:r>
      <w:r w:rsidRPr="006A36FE">
        <w:rPr>
          <w:rFonts w:ascii="標楷體" w:eastAsia="標楷體" w:hAnsi="標楷體"/>
          <w:bCs/>
          <w:color w:val="000000"/>
          <w:sz w:val="24"/>
          <w:szCs w:val="24"/>
          <w:lang w:eastAsia="zh-TW"/>
        </w:rPr>
        <w:t>／下</w:t>
      </w:r>
      <w:r w:rsidR="00FE44FD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等其他</w:t>
      </w:r>
      <w:r w:rsidRPr="006A36FE">
        <w:rPr>
          <w:rFonts w:ascii="標楷體" w:eastAsia="標楷體" w:hAnsi="標楷體"/>
          <w:bCs/>
          <w:color w:val="000000"/>
          <w:sz w:val="24"/>
          <w:szCs w:val="24"/>
          <w:lang w:eastAsia="zh-TW"/>
        </w:rPr>
        <w:t>分段，請分列填寫；已修畢</w:t>
      </w:r>
      <w:r w:rsidR="00012255" w:rsidRPr="006A36FE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科目於每一</w:t>
      </w:r>
      <w:proofErr w:type="gramStart"/>
      <w:r w:rsidR="00012255" w:rsidRPr="006A36FE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學期均</w:t>
      </w:r>
      <w:r w:rsidRPr="006A36FE">
        <w:rPr>
          <w:rFonts w:ascii="標楷體" w:eastAsia="標楷體" w:hAnsi="標楷體"/>
          <w:bCs/>
          <w:color w:val="000000"/>
          <w:sz w:val="24"/>
          <w:szCs w:val="24"/>
          <w:lang w:eastAsia="zh-TW"/>
        </w:rPr>
        <w:t>須</w:t>
      </w:r>
      <w:r w:rsidRPr="00537CC6">
        <w:rPr>
          <w:rFonts w:ascii="標楷體" w:eastAsia="標楷體" w:hAnsi="標楷體"/>
          <w:b/>
          <w:color w:val="000000"/>
          <w:sz w:val="24"/>
          <w:szCs w:val="24"/>
          <w:lang w:eastAsia="zh-TW"/>
        </w:rPr>
        <w:t>及格</w:t>
      </w:r>
      <w:proofErr w:type="gramEnd"/>
      <w:r w:rsidRPr="006A36FE">
        <w:rPr>
          <w:rFonts w:ascii="標楷體" w:eastAsia="標楷體" w:hAnsi="標楷體"/>
          <w:bCs/>
          <w:color w:val="000000"/>
          <w:sz w:val="24"/>
          <w:szCs w:val="24"/>
          <w:lang w:eastAsia="zh-TW"/>
        </w:rPr>
        <w:t>，不得以平均成績抵補</w:t>
      </w:r>
      <w:r w:rsidR="00012255" w:rsidRPr="006A36FE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，</w:t>
      </w:r>
      <w:r w:rsidR="000F4EAD" w:rsidRPr="000F4EAD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如原成績不及格但已補考或重修通過，請提供相關證明。</w:t>
      </w:r>
    </w:p>
    <w:p w:rsidR="00A27255" w:rsidRPr="00A27255" w:rsidRDefault="00A27255" w:rsidP="00527328">
      <w:pPr>
        <w:pStyle w:val="ae"/>
        <w:numPr>
          <w:ilvl w:val="0"/>
          <w:numId w:val="10"/>
        </w:numPr>
        <w:spacing w:after="12" w:line="240" w:lineRule="auto"/>
        <w:rPr>
          <w:rFonts w:ascii="標楷體" w:eastAsia="標楷體" w:hAnsi="標楷體"/>
          <w:bCs/>
          <w:color w:val="000000"/>
          <w:sz w:val="24"/>
          <w:szCs w:val="24"/>
          <w:lang w:eastAsia="zh-TW"/>
        </w:rPr>
      </w:pPr>
      <w:r w:rsidRPr="00A27255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於申請截止日前，已修畢課程</w:t>
      </w:r>
      <w:proofErr w:type="gramStart"/>
      <w:r w:rsidRPr="00A27255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採</w:t>
      </w:r>
      <w:proofErr w:type="gramEnd"/>
      <w:r w:rsidRPr="00A27255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正式學期成績；考量多校於大三上學期開設</w:t>
      </w:r>
      <w:r w:rsidRPr="00945C7A">
        <w:rPr>
          <w:rFonts w:ascii="標楷體" w:eastAsia="標楷體" w:hAnsi="標楷體" w:hint="eastAsia"/>
          <w:b/>
          <w:color w:val="000000"/>
          <w:sz w:val="24"/>
          <w:szCs w:val="24"/>
          <w:lang w:eastAsia="zh-TW"/>
        </w:rPr>
        <w:t>膳食療養學</w:t>
      </w:r>
      <w:r w:rsidRPr="00945C7A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及</w:t>
      </w:r>
      <w:r w:rsidRPr="00945C7A">
        <w:rPr>
          <w:rFonts w:ascii="標楷體" w:eastAsia="標楷體" w:hAnsi="標楷體" w:hint="eastAsia"/>
          <w:b/>
          <w:color w:val="000000"/>
          <w:sz w:val="24"/>
          <w:szCs w:val="24"/>
          <w:lang w:eastAsia="zh-TW"/>
        </w:rPr>
        <w:t>團體膳食設計與管理</w:t>
      </w:r>
      <w:r w:rsidRPr="00A27255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，如申請時仍在</w:t>
      </w:r>
      <w:proofErr w:type="gramStart"/>
      <w:r w:rsidRPr="00A27255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修習中</w:t>
      </w:r>
      <w:proofErr w:type="gramEnd"/>
      <w:r w:rsidRPr="00A27255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，得</w:t>
      </w:r>
      <w:proofErr w:type="gramStart"/>
      <w:r w:rsidRPr="00A27255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採</w:t>
      </w:r>
      <w:proofErr w:type="gramEnd"/>
      <w:r w:rsidRPr="00A27255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校方</w:t>
      </w:r>
      <w:r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認可</w:t>
      </w:r>
      <w:r w:rsidRPr="00A27255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之</w:t>
      </w:r>
      <w:r w:rsidRPr="00945C7A">
        <w:rPr>
          <w:rFonts w:ascii="標楷體" w:eastAsia="標楷體" w:hAnsi="標楷體" w:hint="eastAsia"/>
          <w:b/>
          <w:color w:val="000000"/>
          <w:sz w:val="24"/>
          <w:szCs w:val="24"/>
          <w:lang w:eastAsia="zh-TW"/>
        </w:rPr>
        <w:t>期中成績</w:t>
      </w:r>
      <w:r w:rsidR="00537CC6">
        <w:rPr>
          <w:rFonts w:ascii="標楷體" w:eastAsia="標楷體" w:hAnsi="標楷體" w:hint="eastAsia"/>
          <w:b/>
          <w:color w:val="000000"/>
          <w:sz w:val="24"/>
          <w:szCs w:val="24"/>
          <w:lang w:eastAsia="zh-TW"/>
        </w:rPr>
        <w:t>且須及格</w:t>
      </w:r>
      <w:r w:rsidRPr="00A27255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並於成績類型</w:t>
      </w:r>
      <w:r w:rsidR="00682C32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欄位</w:t>
      </w:r>
      <w:r w:rsidRPr="00A27255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註明。</w:t>
      </w:r>
    </w:p>
    <w:p w:rsidR="008E17E9" w:rsidRPr="00A27255" w:rsidRDefault="00EF14ED" w:rsidP="00527328">
      <w:pPr>
        <w:pStyle w:val="ae"/>
        <w:numPr>
          <w:ilvl w:val="0"/>
          <w:numId w:val="10"/>
        </w:numPr>
        <w:spacing w:after="12" w:line="240" w:lineRule="auto"/>
        <w:rPr>
          <w:rFonts w:ascii="標楷體" w:eastAsia="標楷體" w:hAnsi="標楷體"/>
          <w:bCs/>
          <w:color w:val="000000"/>
          <w:sz w:val="24"/>
          <w:szCs w:val="24"/>
          <w:lang w:eastAsia="zh-TW"/>
        </w:rPr>
      </w:pPr>
      <w:r w:rsidRPr="00A27255">
        <w:rPr>
          <w:rFonts w:ascii="標楷體" w:eastAsia="標楷體" w:hAnsi="標楷體"/>
          <w:bCs/>
          <w:color w:val="000000"/>
          <w:sz w:val="24"/>
          <w:szCs w:val="24"/>
          <w:lang w:eastAsia="zh-TW"/>
        </w:rPr>
        <w:t>甄試資格以申請截止</w:t>
      </w:r>
      <w:r w:rsidR="00C815F3" w:rsidRPr="00A27255">
        <w:rPr>
          <w:rFonts w:ascii="標楷體" w:eastAsia="標楷體" w:hAnsi="標楷體" w:hint="eastAsia"/>
          <w:bCs/>
          <w:color w:val="000000"/>
          <w:sz w:val="24"/>
          <w:szCs w:val="24"/>
          <w:lang w:eastAsia="zh-TW"/>
        </w:rPr>
        <w:t>日前</w:t>
      </w:r>
      <w:r w:rsidRPr="00A27255">
        <w:rPr>
          <w:rFonts w:ascii="標楷體" w:eastAsia="標楷體" w:hAnsi="標楷體"/>
          <w:bCs/>
          <w:color w:val="000000"/>
          <w:sz w:val="24"/>
          <w:szCs w:val="24"/>
          <w:lang w:eastAsia="zh-TW"/>
        </w:rPr>
        <w:t>所列成績審查；甄試日及錄取後，本院不再依期末成績重新審查。學生是否符合校方實習資格，仍由學校確認。</w:t>
      </w:r>
    </w:p>
    <w:p w:rsidR="009B3413" w:rsidRPr="006A36FE" w:rsidRDefault="00EF14ED" w:rsidP="008E17E9">
      <w:pPr>
        <w:pStyle w:val="ae"/>
        <w:numPr>
          <w:ilvl w:val="0"/>
          <w:numId w:val="10"/>
        </w:numPr>
        <w:spacing w:after="12" w:line="240" w:lineRule="auto"/>
        <w:rPr>
          <w:rFonts w:ascii="標楷體" w:eastAsia="標楷體" w:hAnsi="標楷體"/>
          <w:bCs/>
          <w:sz w:val="24"/>
          <w:szCs w:val="24"/>
          <w:lang w:eastAsia="zh-TW"/>
        </w:rPr>
      </w:pPr>
      <w:r w:rsidRPr="006A36FE">
        <w:rPr>
          <w:rFonts w:ascii="標楷體" w:eastAsia="標楷體" w:hAnsi="標楷體"/>
          <w:bCs/>
          <w:color w:val="000000"/>
          <w:sz w:val="24"/>
          <w:szCs w:val="24"/>
          <w:lang w:eastAsia="zh-TW"/>
        </w:rPr>
        <w:t>非百分制或僅列通過／不通過者，請於備註註明原評分方式及該校及格標準。</w:t>
      </w:r>
    </w:p>
    <w:p w:rsidR="006A36FE" w:rsidRPr="006A36FE" w:rsidRDefault="006A36FE" w:rsidP="006A36FE">
      <w:pPr>
        <w:pStyle w:val="ae"/>
        <w:spacing w:after="12" w:line="240" w:lineRule="auto"/>
        <w:ind w:left="360"/>
        <w:rPr>
          <w:rFonts w:ascii="標楷體" w:eastAsia="標楷體" w:hAnsi="標楷體"/>
          <w:bCs/>
          <w:sz w:val="24"/>
          <w:szCs w:val="24"/>
          <w:lang w:eastAsia="zh-TW"/>
        </w:rPr>
      </w:pPr>
    </w:p>
    <w:tbl>
      <w:tblPr>
        <w:tblStyle w:val="GridTable5DarkAccent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8"/>
        <w:gridCol w:w="4110"/>
        <w:gridCol w:w="1418"/>
        <w:gridCol w:w="2268"/>
        <w:gridCol w:w="1134"/>
      </w:tblGrid>
      <w:tr w:rsidR="008A03B6" w:rsidRPr="006A36FE" w:rsidTr="00C815F3">
        <w:trPr>
          <w:cnfStyle w:val="100000000000"/>
          <w:trHeight w:val="442"/>
        </w:trPr>
        <w:tc>
          <w:tcPr>
            <w:cnfStyle w:val="001000000000"/>
            <w:tcW w:w="1668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8A03B6" w:rsidRPr="006A36FE" w:rsidRDefault="008A03B6" w:rsidP="00C815F3">
            <w:pPr>
              <w:jc w:val="center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  <w:proofErr w:type="spellStart"/>
            <w:r w:rsidRPr="006A36FE"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  <w:t>本院指定科目</w:t>
            </w:r>
            <w:proofErr w:type="spellEnd"/>
          </w:p>
        </w:tc>
        <w:tc>
          <w:tcPr>
            <w:tcW w:w="4110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8A03B6" w:rsidRPr="006A36FE" w:rsidRDefault="008A03B6" w:rsidP="00C815F3">
            <w:pPr>
              <w:jc w:val="center"/>
              <w:cnfStyle w:val="100000000000"/>
              <w:rPr>
                <w:rFonts w:ascii="標楷體" w:eastAsia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6A36FE">
              <w:rPr>
                <w:rFonts w:ascii="標楷體" w:eastAsia="標楷體" w:hAnsi="標楷體" w:cs="新細明體" w:hint="eastAsia"/>
                <w:b w:val="0"/>
                <w:color w:val="auto"/>
                <w:sz w:val="24"/>
                <w:szCs w:val="24"/>
                <w:lang w:eastAsia="zh-TW"/>
              </w:rPr>
              <w:t>成績單所列正式科目名稱</w:t>
            </w:r>
            <w:r w:rsidRPr="006A36FE">
              <w:rPr>
                <w:rFonts w:ascii="標楷體" w:eastAsia="標楷體" w:hAnsi="標楷體"/>
                <w:b w:val="0"/>
                <w:color w:val="auto"/>
                <w:sz w:val="24"/>
                <w:szCs w:val="24"/>
                <w:lang w:eastAsia="zh-TW"/>
              </w:rPr>
              <w:br/>
            </w:r>
            <w:r w:rsidRPr="006A36FE">
              <w:rPr>
                <w:rFonts w:ascii="標楷體" w:eastAsia="標楷體" w:hAnsi="標楷體" w:cs="新細明體" w:hint="eastAsia"/>
                <w:b w:val="0"/>
                <w:color w:val="auto"/>
                <w:sz w:val="24"/>
                <w:szCs w:val="24"/>
                <w:lang w:eastAsia="zh-TW"/>
              </w:rPr>
              <w:t>含（一）（二）（三）或上、下</w:t>
            </w:r>
          </w:p>
        </w:tc>
        <w:tc>
          <w:tcPr>
            <w:tcW w:w="1418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8A03B6" w:rsidRPr="006A36FE" w:rsidRDefault="008A03B6" w:rsidP="00C815F3">
            <w:pPr>
              <w:jc w:val="center"/>
              <w:cnfStyle w:val="100000000000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  <w:proofErr w:type="spellStart"/>
            <w:r w:rsidRPr="006A36FE"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  <w:t>修課學年</w:t>
            </w:r>
            <w:proofErr w:type="spellEnd"/>
            <w:r w:rsidRPr="006A36FE"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  <w:br/>
            </w:r>
            <w:proofErr w:type="spellStart"/>
            <w:r w:rsidRPr="006A36FE"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  <w:t>學期</w:t>
            </w:r>
            <w:proofErr w:type="spellEnd"/>
          </w:p>
        </w:tc>
        <w:tc>
          <w:tcPr>
            <w:tcW w:w="2268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8A03B6" w:rsidRPr="006A36FE" w:rsidRDefault="008A03B6" w:rsidP="00C815F3">
            <w:pPr>
              <w:jc w:val="center"/>
              <w:cnfStyle w:val="100000000000"/>
              <w:rPr>
                <w:rFonts w:ascii="標楷體" w:eastAsia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6A36FE">
              <w:rPr>
                <w:rFonts w:ascii="標楷體" w:eastAsia="標楷體" w:hAnsi="標楷體"/>
                <w:b w:val="0"/>
                <w:color w:val="auto"/>
                <w:sz w:val="24"/>
                <w:szCs w:val="24"/>
                <w:lang w:eastAsia="zh-TW"/>
              </w:rPr>
              <w:t>成績類型</w:t>
            </w:r>
            <w:r w:rsidRPr="006A36FE">
              <w:rPr>
                <w:rFonts w:ascii="標楷體" w:eastAsia="標楷體" w:hAnsi="標楷體"/>
                <w:b w:val="0"/>
                <w:color w:val="auto"/>
                <w:sz w:val="24"/>
                <w:szCs w:val="24"/>
                <w:lang w:eastAsia="zh-TW"/>
              </w:rPr>
              <w:br/>
              <w:t>學期／期中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EAF1DD" w:themeFill="accent3" w:themeFillTint="33"/>
            <w:vAlign w:val="center"/>
          </w:tcPr>
          <w:p w:rsidR="008A03B6" w:rsidRPr="006A36FE" w:rsidRDefault="002B4273" w:rsidP="00C815F3">
            <w:pPr>
              <w:jc w:val="center"/>
              <w:cnfStyle w:val="100000000000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成績</w:t>
            </w:r>
          </w:p>
        </w:tc>
      </w:tr>
      <w:tr w:rsidR="008A03B6" w:rsidRPr="006A36FE" w:rsidTr="00C815F3">
        <w:trPr>
          <w:cnfStyle w:val="000000100000"/>
          <w:trHeight w:val="351"/>
        </w:trPr>
        <w:tc>
          <w:tcPr>
            <w:cnfStyle w:val="001000000000"/>
            <w:tcW w:w="1668" w:type="dxa"/>
            <w:vMerge w:val="restart"/>
            <w:tcBorders>
              <w:left w:val="none" w:sz="0" w:space="0" w:color="auto"/>
            </w:tcBorders>
            <w:shd w:val="clear" w:color="auto" w:fill="EAF1DD" w:themeFill="accent3" w:themeFillTint="33"/>
            <w:vAlign w:val="center"/>
          </w:tcPr>
          <w:p w:rsidR="008A03B6" w:rsidRPr="006A36FE" w:rsidRDefault="008A03B6" w:rsidP="00C815F3">
            <w:pPr>
              <w:jc w:val="center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  <w:proofErr w:type="spellStart"/>
            <w:r w:rsidRPr="006A36FE"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  <w:t>食物學原理</w:t>
            </w:r>
            <w:proofErr w:type="spellEnd"/>
          </w:p>
        </w:tc>
        <w:tc>
          <w:tcPr>
            <w:tcW w:w="4110" w:type="dxa"/>
            <w:shd w:val="clear" w:color="auto" w:fill="auto"/>
          </w:tcPr>
          <w:p w:rsidR="008A03B6" w:rsidRPr="006A36FE" w:rsidRDefault="008A03B6">
            <w:pPr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A03B6" w:rsidRPr="006A36FE" w:rsidRDefault="008A03B6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</w:tr>
      <w:tr w:rsidR="008A03B6" w:rsidRPr="006A36FE" w:rsidTr="00C815F3">
        <w:trPr>
          <w:trHeight w:val="351"/>
        </w:trPr>
        <w:tc>
          <w:tcPr>
            <w:cnfStyle w:val="001000000000"/>
            <w:tcW w:w="1668" w:type="dxa"/>
            <w:vMerge/>
            <w:tcBorders>
              <w:left w:val="none" w:sz="0" w:space="0" w:color="auto"/>
            </w:tcBorders>
            <w:shd w:val="clear" w:color="auto" w:fill="EAF1DD" w:themeFill="accent3" w:themeFillTint="33"/>
            <w:vAlign w:val="center"/>
          </w:tcPr>
          <w:p w:rsidR="008A03B6" w:rsidRPr="006A36FE" w:rsidRDefault="008A03B6" w:rsidP="00C815F3">
            <w:pPr>
              <w:jc w:val="center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auto"/>
          </w:tcPr>
          <w:p w:rsidR="008A03B6" w:rsidRPr="006A36FE" w:rsidRDefault="002862F6" w:rsidP="002862F6">
            <w:pPr>
              <w:tabs>
                <w:tab w:val="left" w:pos="1322"/>
              </w:tabs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  <w:r>
              <w:rPr>
                <w:rFonts w:ascii="標楷體" w:eastAsia="標楷體" w:hAnsi="標楷體"/>
                <w:bCs/>
                <w:sz w:val="24"/>
                <w:szCs w:val="24"/>
              </w:rPr>
              <w:tab/>
            </w:r>
          </w:p>
        </w:tc>
        <w:tc>
          <w:tcPr>
            <w:tcW w:w="141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A03B6" w:rsidRPr="006A36FE" w:rsidRDefault="008A03B6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</w:tr>
      <w:tr w:rsidR="008A03B6" w:rsidRPr="006A36FE" w:rsidTr="00C815F3">
        <w:trPr>
          <w:cnfStyle w:val="000000100000"/>
          <w:trHeight w:val="351"/>
        </w:trPr>
        <w:tc>
          <w:tcPr>
            <w:cnfStyle w:val="001000000000"/>
            <w:tcW w:w="1668" w:type="dxa"/>
            <w:vMerge w:val="restart"/>
            <w:tcBorders>
              <w:left w:val="none" w:sz="0" w:space="0" w:color="auto"/>
            </w:tcBorders>
            <w:shd w:val="clear" w:color="auto" w:fill="EAF1DD" w:themeFill="accent3" w:themeFillTint="33"/>
            <w:vAlign w:val="center"/>
          </w:tcPr>
          <w:p w:rsidR="008A03B6" w:rsidRPr="006A36FE" w:rsidRDefault="008A03B6" w:rsidP="00C815F3">
            <w:pPr>
              <w:jc w:val="center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  <w:proofErr w:type="spellStart"/>
            <w:r w:rsidRPr="006A36FE"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  <w:t>生理學</w:t>
            </w:r>
            <w:proofErr w:type="spellEnd"/>
          </w:p>
        </w:tc>
        <w:tc>
          <w:tcPr>
            <w:tcW w:w="4110" w:type="dxa"/>
            <w:shd w:val="clear" w:color="auto" w:fill="auto"/>
          </w:tcPr>
          <w:p w:rsidR="008A03B6" w:rsidRPr="006A36FE" w:rsidRDefault="008A03B6">
            <w:pPr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A03B6" w:rsidRPr="006A36FE" w:rsidRDefault="008A03B6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</w:tr>
      <w:tr w:rsidR="008A03B6" w:rsidRPr="006A36FE" w:rsidTr="00C815F3">
        <w:trPr>
          <w:trHeight w:val="351"/>
        </w:trPr>
        <w:tc>
          <w:tcPr>
            <w:cnfStyle w:val="001000000000"/>
            <w:tcW w:w="1668" w:type="dxa"/>
            <w:vMerge/>
            <w:tcBorders>
              <w:left w:val="none" w:sz="0" w:space="0" w:color="auto"/>
            </w:tcBorders>
            <w:shd w:val="clear" w:color="auto" w:fill="EAF1DD" w:themeFill="accent3" w:themeFillTint="33"/>
            <w:vAlign w:val="center"/>
          </w:tcPr>
          <w:p w:rsidR="008A03B6" w:rsidRPr="006A36FE" w:rsidRDefault="008A03B6" w:rsidP="00C815F3">
            <w:pPr>
              <w:jc w:val="center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auto"/>
          </w:tcPr>
          <w:p w:rsidR="008A03B6" w:rsidRPr="006A36FE" w:rsidRDefault="008A03B6">
            <w:pPr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A03B6" w:rsidRPr="006A36FE" w:rsidRDefault="008A03B6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</w:tr>
      <w:tr w:rsidR="008A03B6" w:rsidRPr="006A36FE" w:rsidTr="00C815F3">
        <w:trPr>
          <w:cnfStyle w:val="000000100000"/>
          <w:trHeight w:val="351"/>
        </w:trPr>
        <w:tc>
          <w:tcPr>
            <w:cnfStyle w:val="001000000000"/>
            <w:tcW w:w="1668" w:type="dxa"/>
            <w:vMerge w:val="restart"/>
            <w:tcBorders>
              <w:left w:val="none" w:sz="0" w:space="0" w:color="auto"/>
            </w:tcBorders>
            <w:shd w:val="clear" w:color="auto" w:fill="EAF1DD" w:themeFill="accent3" w:themeFillTint="33"/>
            <w:vAlign w:val="center"/>
          </w:tcPr>
          <w:p w:rsidR="008A03B6" w:rsidRPr="006A36FE" w:rsidRDefault="008A03B6" w:rsidP="00C815F3">
            <w:pPr>
              <w:jc w:val="center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  <w:proofErr w:type="spellStart"/>
            <w:r w:rsidRPr="006A36FE"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  <w:t>生物化學</w:t>
            </w:r>
            <w:proofErr w:type="spellEnd"/>
          </w:p>
        </w:tc>
        <w:tc>
          <w:tcPr>
            <w:tcW w:w="4110" w:type="dxa"/>
            <w:shd w:val="clear" w:color="auto" w:fill="auto"/>
          </w:tcPr>
          <w:p w:rsidR="008A03B6" w:rsidRPr="006A36FE" w:rsidRDefault="008A03B6">
            <w:pPr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A03B6" w:rsidRPr="006A36FE" w:rsidRDefault="008A03B6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</w:tr>
      <w:tr w:rsidR="008A03B6" w:rsidRPr="006A36FE" w:rsidTr="00C815F3">
        <w:trPr>
          <w:trHeight w:val="351"/>
        </w:trPr>
        <w:tc>
          <w:tcPr>
            <w:cnfStyle w:val="001000000000"/>
            <w:tcW w:w="1668" w:type="dxa"/>
            <w:vMerge/>
            <w:tcBorders>
              <w:left w:val="none" w:sz="0" w:space="0" w:color="auto"/>
            </w:tcBorders>
            <w:shd w:val="clear" w:color="auto" w:fill="EAF1DD" w:themeFill="accent3" w:themeFillTint="33"/>
            <w:vAlign w:val="center"/>
          </w:tcPr>
          <w:p w:rsidR="008A03B6" w:rsidRPr="006A36FE" w:rsidRDefault="008A03B6" w:rsidP="00C815F3">
            <w:pPr>
              <w:jc w:val="center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auto"/>
          </w:tcPr>
          <w:p w:rsidR="008A03B6" w:rsidRPr="006A36FE" w:rsidRDefault="008A03B6">
            <w:pPr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A03B6" w:rsidRPr="006A36FE" w:rsidRDefault="008A03B6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</w:tr>
      <w:tr w:rsidR="008A03B6" w:rsidRPr="006A36FE" w:rsidTr="00C815F3">
        <w:trPr>
          <w:cnfStyle w:val="000000100000"/>
          <w:trHeight w:val="351"/>
        </w:trPr>
        <w:tc>
          <w:tcPr>
            <w:cnfStyle w:val="001000000000"/>
            <w:tcW w:w="1668" w:type="dxa"/>
            <w:vMerge w:val="restart"/>
            <w:tcBorders>
              <w:left w:val="none" w:sz="0" w:space="0" w:color="auto"/>
            </w:tcBorders>
            <w:shd w:val="clear" w:color="auto" w:fill="EAF1DD" w:themeFill="accent3" w:themeFillTint="33"/>
            <w:vAlign w:val="center"/>
          </w:tcPr>
          <w:p w:rsidR="008A03B6" w:rsidRPr="006A36FE" w:rsidRDefault="008A03B6" w:rsidP="00C815F3">
            <w:pPr>
              <w:jc w:val="center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  <w:proofErr w:type="spellStart"/>
            <w:r w:rsidRPr="006A36FE"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  <w:t>營養學</w:t>
            </w:r>
            <w:proofErr w:type="spellEnd"/>
          </w:p>
        </w:tc>
        <w:tc>
          <w:tcPr>
            <w:tcW w:w="4110" w:type="dxa"/>
            <w:shd w:val="clear" w:color="auto" w:fill="auto"/>
          </w:tcPr>
          <w:p w:rsidR="008A03B6" w:rsidRPr="006A36FE" w:rsidRDefault="008A03B6">
            <w:pPr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A03B6" w:rsidRPr="006A36FE" w:rsidRDefault="008A03B6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</w:tr>
      <w:tr w:rsidR="008A03B6" w:rsidRPr="006A36FE" w:rsidTr="00C815F3">
        <w:trPr>
          <w:trHeight w:val="351"/>
        </w:trPr>
        <w:tc>
          <w:tcPr>
            <w:cnfStyle w:val="001000000000"/>
            <w:tcW w:w="1668" w:type="dxa"/>
            <w:vMerge/>
            <w:tcBorders>
              <w:left w:val="none" w:sz="0" w:space="0" w:color="auto"/>
            </w:tcBorders>
            <w:shd w:val="clear" w:color="auto" w:fill="EAF1DD" w:themeFill="accent3" w:themeFillTint="33"/>
            <w:vAlign w:val="center"/>
          </w:tcPr>
          <w:p w:rsidR="008A03B6" w:rsidRPr="006A36FE" w:rsidRDefault="008A03B6" w:rsidP="00C815F3">
            <w:pPr>
              <w:jc w:val="center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auto"/>
          </w:tcPr>
          <w:p w:rsidR="008A03B6" w:rsidRPr="006A36FE" w:rsidRDefault="008A03B6">
            <w:pPr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A03B6" w:rsidRPr="006A36FE" w:rsidRDefault="008A03B6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</w:tr>
      <w:tr w:rsidR="008A03B6" w:rsidRPr="006A36FE" w:rsidTr="002B4273">
        <w:trPr>
          <w:cnfStyle w:val="000000100000"/>
          <w:trHeight w:val="351"/>
        </w:trPr>
        <w:tc>
          <w:tcPr>
            <w:cnfStyle w:val="001000000000"/>
            <w:tcW w:w="1668" w:type="dxa"/>
            <w:vMerge/>
            <w:tcBorders>
              <w:left w:val="none" w:sz="0" w:space="0" w:color="auto"/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:rsidR="008A03B6" w:rsidRPr="006A36FE" w:rsidRDefault="008A03B6" w:rsidP="00C815F3">
            <w:pPr>
              <w:jc w:val="center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4110" w:type="dxa"/>
            <w:tcBorders>
              <w:bottom w:val="single" w:sz="4" w:space="0" w:color="auto"/>
            </w:tcBorders>
            <w:shd w:val="clear" w:color="auto" w:fill="auto"/>
          </w:tcPr>
          <w:p w:rsidR="008A03B6" w:rsidRPr="006A36FE" w:rsidRDefault="008A03B6">
            <w:pPr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A03B6" w:rsidRPr="006A36FE" w:rsidRDefault="008A03B6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</w:tr>
      <w:tr w:rsidR="008A03B6" w:rsidRPr="006A36FE" w:rsidTr="00C815F3">
        <w:trPr>
          <w:trHeight w:val="351"/>
        </w:trPr>
        <w:tc>
          <w:tcPr>
            <w:cnfStyle w:val="001000000000"/>
            <w:tcW w:w="1668" w:type="dxa"/>
            <w:vMerge w:val="restart"/>
            <w:tcBorders>
              <w:left w:val="none" w:sz="0" w:space="0" w:color="auto"/>
            </w:tcBorders>
            <w:shd w:val="clear" w:color="auto" w:fill="EAF1DD" w:themeFill="accent3" w:themeFillTint="33"/>
            <w:vAlign w:val="center"/>
          </w:tcPr>
          <w:p w:rsidR="008A03B6" w:rsidRPr="006A36FE" w:rsidRDefault="008A03B6" w:rsidP="00C815F3">
            <w:pPr>
              <w:jc w:val="center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  <w:proofErr w:type="spellStart"/>
            <w:r w:rsidRPr="006A36FE"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  <w:t>膳食療養學</w:t>
            </w:r>
            <w:proofErr w:type="spellEnd"/>
          </w:p>
        </w:tc>
        <w:tc>
          <w:tcPr>
            <w:tcW w:w="4110" w:type="dxa"/>
            <w:shd w:val="clear" w:color="auto" w:fill="auto"/>
          </w:tcPr>
          <w:p w:rsidR="008A03B6" w:rsidRPr="006A36FE" w:rsidRDefault="008A03B6">
            <w:pPr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A03B6" w:rsidRPr="006A36FE" w:rsidRDefault="008A03B6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</w:tr>
      <w:tr w:rsidR="008A03B6" w:rsidRPr="006A36FE" w:rsidTr="00C815F3">
        <w:trPr>
          <w:cnfStyle w:val="000000100000"/>
          <w:trHeight w:val="351"/>
        </w:trPr>
        <w:tc>
          <w:tcPr>
            <w:cnfStyle w:val="001000000000"/>
            <w:tcW w:w="1668" w:type="dxa"/>
            <w:vMerge/>
            <w:tcBorders>
              <w:left w:val="none" w:sz="0" w:space="0" w:color="auto"/>
            </w:tcBorders>
            <w:shd w:val="clear" w:color="auto" w:fill="EAF1DD" w:themeFill="accent3" w:themeFillTint="33"/>
            <w:vAlign w:val="center"/>
          </w:tcPr>
          <w:p w:rsidR="008A03B6" w:rsidRPr="006A36FE" w:rsidRDefault="008A03B6" w:rsidP="00C815F3">
            <w:pPr>
              <w:jc w:val="center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auto"/>
          </w:tcPr>
          <w:p w:rsidR="008A03B6" w:rsidRPr="006A36FE" w:rsidRDefault="008A03B6">
            <w:pPr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A03B6" w:rsidRPr="006A36FE" w:rsidRDefault="008A03B6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</w:tr>
      <w:tr w:rsidR="008A03B6" w:rsidRPr="006A36FE" w:rsidTr="00C815F3">
        <w:trPr>
          <w:trHeight w:val="351"/>
        </w:trPr>
        <w:tc>
          <w:tcPr>
            <w:cnfStyle w:val="001000000000"/>
            <w:tcW w:w="1668" w:type="dxa"/>
            <w:vMerge w:val="restart"/>
            <w:tcBorders>
              <w:left w:val="none" w:sz="0" w:space="0" w:color="auto"/>
            </w:tcBorders>
            <w:shd w:val="clear" w:color="auto" w:fill="EAF1DD" w:themeFill="accent3" w:themeFillTint="33"/>
            <w:vAlign w:val="center"/>
          </w:tcPr>
          <w:p w:rsidR="008A03B6" w:rsidRPr="006A36FE" w:rsidRDefault="008A03B6" w:rsidP="00C815F3">
            <w:pPr>
              <w:jc w:val="center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  <w:proofErr w:type="spellStart"/>
            <w:r w:rsidRPr="006A36FE"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  <w:t>團體膳食設計</w:t>
            </w:r>
            <w:proofErr w:type="spellEnd"/>
            <w:r w:rsidRPr="006A36FE"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  <w:br/>
            </w:r>
            <w:proofErr w:type="spellStart"/>
            <w:r w:rsidRPr="006A36FE"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  <w:t>與管理</w:t>
            </w:r>
            <w:proofErr w:type="spellEnd"/>
          </w:p>
        </w:tc>
        <w:tc>
          <w:tcPr>
            <w:tcW w:w="4110" w:type="dxa"/>
            <w:shd w:val="clear" w:color="auto" w:fill="auto"/>
          </w:tcPr>
          <w:p w:rsidR="008A03B6" w:rsidRPr="006A36FE" w:rsidRDefault="008A03B6">
            <w:pPr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8A03B6" w:rsidRPr="006A36FE" w:rsidRDefault="008A03B6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A03B6" w:rsidRPr="006A36FE" w:rsidRDefault="008A03B6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</w:tr>
      <w:tr w:rsidR="002B4273" w:rsidRPr="002B4273" w:rsidTr="002B4273">
        <w:trPr>
          <w:cnfStyle w:val="000000100000"/>
          <w:trHeight w:val="351"/>
        </w:trPr>
        <w:tc>
          <w:tcPr>
            <w:cnfStyle w:val="001000000000"/>
            <w:tcW w:w="1668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A03B6" w:rsidRPr="002B4273" w:rsidRDefault="008A03B6">
            <w:pPr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4110" w:type="dxa"/>
            <w:tcBorders>
              <w:bottom w:val="single" w:sz="4" w:space="0" w:color="auto"/>
            </w:tcBorders>
            <w:shd w:val="clear" w:color="auto" w:fill="auto"/>
          </w:tcPr>
          <w:p w:rsidR="008A03B6" w:rsidRPr="002B4273" w:rsidRDefault="008A03B6">
            <w:pPr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8A03B6" w:rsidRPr="002B4273" w:rsidRDefault="008A03B6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8A03B6" w:rsidRPr="002B4273" w:rsidRDefault="008A03B6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A03B6" w:rsidRPr="002B4273" w:rsidRDefault="008A03B6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</w:tr>
    </w:tbl>
    <w:p w:rsidR="002B4273" w:rsidRPr="002B4273" w:rsidRDefault="002B4273" w:rsidP="002B4273">
      <w:pPr>
        <w:spacing w:before="60" w:after="20"/>
        <w:rPr>
          <w:rFonts w:ascii="標楷體" w:eastAsia="標楷體" w:hAnsi="標楷體"/>
          <w:bCs/>
          <w:sz w:val="24"/>
          <w:szCs w:val="24"/>
          <w:lang w:eastAsia="zh-TW"/>
        </w:rPr>
      </w:pPr>
      <w:r w:rsidRPr="002B4273">
        <w:rPr>
          <w:rFonts w:ascii="標楷體" w:eastAsia="標楷體" w:hAnsi="標楷體" w:hint="eastAsia"/>
          <w:bCs/>
          <w:sz w:val="24"/>
          <w:szCs w:val="24"/>
          <w:lang w:eastAsia="zh-TW"/>
        </w:rPr>
        <w:t>備註：________________________________________________________________________________</w:t>
      </w:r>
    </w:p>
    <w:p w:rsidR="006A36FE" w:rsidRPr="006A36FE" w:rsidRDefault="006A36FE" w:rsidP="002B4273">
      <w:pPr>
        <w:tabs>
          <w:tab w:val="left" w:pos="3407"/>
        </w:tabs>
        <w:spacing w:before="20" w:after="20"/>
        <w:rPr>
          <w:rFonts w:ascii="標楷體" w:eastAsia="標楷體" w:hAnsi="標楷體"/>
          <w:bCs/>
          <w:color w:val="1F4E78"/>
          <w:sz w:val="24"/>
          <w:szCs w:val="24"/>
          <w:lang w:eastAsia="zh-TW"/>
        </w:rPr>
      </w:pPr>
    </w:p>
    <w:p w:rsidR="006A36FE" w:rsidRPr="006A36FE" w:rsidRDefault="006A36FE" w:rsidP="006A36FE">
      <w:pPr>
        <w:spacing w:before="60" w:after="20"/>
        <w:rPr>
          <w:rFonts w:ascii="標楷體" w:eastAsia="標楷體" w:hAnsi="標楷體"/>
          <w:b/>
          <w:color w:val="1F4E78"/>
          <w:sz w:val="24"/>
          <w:szCs w:val="24"/>
          <w:lang w:eastAsia="zh-TW"/>
        </w:rPr>
      </w:pPr>
      <w:r w:rsidRPr="006A36FE">
        <w:rPr>
          <w:rFonts w:ascii="標楷體" w:eastAsia="標楷體" w:hAnsi="標楷體"/>
          <w:b/>
          <w:color w:val="1F4E78"/>
          <w:sz w:val="24"/>
          <w:szCs w:val="24"/>
          <w:lang w:eastAsia="zh-TW"/>
        </w:rPr>
        <w:t>填表</w:t>
      </w:r>
      <w:r w:rsidRPr="006A36FE">
        <w:rPr>
          <w:rFonts w:ascii="標楷體" w:eastAsia="標楷體" w:hAnsi="標楷體" w:hint="eastAsia"/>
          <w:b/>
          <w:color w:val="1F4E78"/>
          <w:sz w:val="24"/>
          <w:szCs w:val="24"/>
          <w:lang w:eastAsia="zh-TW"/>
        </w:rPr>
        <w:t>範例請參考：</w:t>
      </w:r>
    </w:p>
    <w:tbl>
      <w:tblPr>
        <w:tblStyle w:val="GridTable5DarkAccent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8"/>
        <w:gridCol w:w="4110"/>
        <w:gridCol w:w="1418"/>
        <w:gridCol w:w="2268"/>
        <w:gridCol w:w="1134"/>
      </w:tblGrid>
      <w:tr w:rsidR="006A36FE" w:rsidRPr="006A36FE" w:rsidTr="00F1287B">
        <w:trPr>
          <w:cnfStyle w:val="100000000000"/>
          <w:trHeight w:val="442"/>
        </w:trPr>
        <w:tc>
          <w:tcPr>
            <w:cnfStyle w:val="001000000000"/>
            <w:tcW w:w="1668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DBE5F1" w:themeFill="accent1" w:themeFillTint="33"/>
            <w:vAlign w:val="center"/>
          </w:tcPr>
          <w:p w:rsidR="006A36FE" w:rsidRPr="006A36FE" w:rsidRDefault="006A36FE" w:rsidP="00C42BDA">
            <w:pPr>
              <w:jc w:val="center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  <w:proofErr w:type="spellStart"/>
            <w:r w:rsidRPr="006A36FE"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  <w:t>本院指定科目</w:t>
            </w:r>
            <w:proofErr w:type="spellEnd"/>
          </w:p>
        </w:tc>
        <w:tc>
          <w:tcPr>
            <w:tcW w:w="4110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DBE5F1" w:themeFill="accent1" w:themeFillTint="33"/>
            <w:vAlign w:val="center"/>
          </w:tcPr>
          <w:p w:rsidR="006A36FE" w:rsidRPr="006A36FE" w:rsidRDefault="006A36FE" w:rsidP="00C42BDA">
            <w:pPr>
              <w:jc w:val="center"/>
              <w:cnfStyle w:val="100000000000"/>
              <w:rPr>
                <w:rFonts w:ascii="標楷體" w:eastAsia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6A36FE">
              <w:rPr>
                <w:rFonts w:ascii="標楷體" w:eastAsia="標楷體" w:hAnsi="標楷體" w:cs="新細明體" w:hint="eastAsia"/>
                <w:b w:val="0"/>
                <w:color w:val="auto"/>
                <w:sz w:val="24"/>
                <w:szCs w:val="24"/>
                <w:lang w:eastAsia="zh-TW"/>
              </w:rPr>
              <w:t>成績單所列正式科目名稱</w:t>
            </w:r>
            <w:r w:rsidRPr="006A36FE">
              <w:rPr>
                <w:rFonts w:ascii="標楷體" w:eastAsia="標楷體" w:hAnsi="標楷體"/>
                <w:b w:val="0"/>
                <w:color w:val="auto"/>
                <w:sz w:val="24"/>
                <w:szCs w:val="24"/>
                <w:lang w:eastAsia="zh-TW"/>
              </w:rPr>
              <w:br/>
            </w:r>
            <w:r w:rsidRPr="006A36FE">
              <w:rPr>
                <w:rFonts w:ascii="標楷體" w:eastAsia="標楷體" w:hAnsi="標楷體" w:cs="新細明體" w:hint="eastAsia"/>
                <w:b w:val="0"/>
                <w:color w:val="auto"/>
                <w:sz w:val="24"/>
                <w:szCs w:val="24"/>
                <w:lang w:eastAsia="zh-TW"/>
              </w:rPr>
              <w:t>含（一）（二）（三）或上、</w:t>
            </w:r>
            <w:r w:rsidR="002862F6">
              <w:rPr>
                <w:rFonts w:ascii="標楷體" w:eastAsia="標楷體" w:hAnsi="標楷體" w:cs="新細明體" w:hint="eastAsia"/>
                <w:b w:val="0"/>
                <w:color w:val="auto"/>
                <w:sz w:val="24"/>
                <w:szCs w:val="24"/>
                <w:lang w:eastAsia="zh-TW"/>
              </w:rPr>
              <w:t>下</w:t>
            </w:r>
          </w:p>
        </w:tc>
        <w:tc>
          <w:tcPr>
            <w:tcW w:w="1418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DBE5F1" w:themeFill="accent1" w:themeFillTint="33"/>
            <w:vAlign w:val="center"/>
          </w:tcPr>
          <w:p w:rsidR="006A36FE" w:rsidRPr="006A36FE" w:rsidRDefault="006A36FE" w:rsidP="00C42BDA">
            <w:pPr>
              <w:jc w:val="center"/>
              <w:cnfStyle w:val="100000000000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  <w:proofErr w:type="spellStart"/>
            <w:r w:rsidRPr="006A36FE"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  <w:t>修課學年</w:t>
            </w:r>
            <w:proofErr w:type="spellEnd"/>
            <w:r w:rsidRPr="006A36FE"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  <w:br/>
            </w:r>
            <w:proofErr w:type="spellStart"/>
            <w:r w:rsidRPr="006A36FE"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  <w:t>學期</w:t>
            </w:r>
            <w:proofErr w:type="spellEnd"/>
          </w:p>
        </w:tc>
        <w:tc>
          <w:tcPr>
            <w:tcW w:w="2268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DBE5F1" w:themeFill="accent1" w:themeFillTint="33"/>
            <w:vAlign w:val="center"/>
          </w:tcPr>
          <w:p w:rsidR="006A36FE" w:rsidRPr="006A36FE" w:rsidRDefault="006A36FE" w:rsidP="00C42BDA">
            <w:pPr>
              <w:jc w:val="center"/>
              <w:cnfStyle w:val="100000000000"/>
              <w:rPr>
                <w:rFonts w:ascii="標楷體" w:eastAsia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6A36FE">
              <w:rPr>
                <w:rFonts w:ascii="標楷體" w:eastAsia="標楷體" w:hAnsi="標楷體"/>
                <w:b w:val="0"/>
                <w:color w:val="auto"/>
                <w:sz w:val="24"/>
                <w:szCs w:val="24"/>
                <w:lang w:eastAsia="zh-TW"/>
              </w:rPr>
              <w:t>成績類型</w:t>
            </w:r>
            <w:r w:rsidRPr="006A36FE">
              <w:rPr>
                <w:rFonts w:ascii="標楷體" w:eastAsia="標楷體" w:hAnsi="標楷體"/>
                <w:b w:val="0"/>
                <w:color w:val="auto"/>
                <w:sz w:val="24"/>
                <w:szCs w:val="24"/>
                <w:lang w:eastAsia="zh-TW"/>
              </w:rPr>
              <w:br/>
              <w:t>學期／期中</w:t>
            </w:r>
          </w:p>
        </w:tc>
        <w:tc>
          <w:tcPr>
            <w:tcW w:w="1134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DBE5F1" w:themeFill="accent1" w:themeFillTint="33"/>
            <w:vAlign w:val="center"/>
          </w:tcPr>
          <w:p w:rsidR="006A36FE" w:rsidRPr="006A36FE" w:rsidRDefault="00FA03E8" w:rsidP="00C42BDA">
            <w:pPr>
              <w:jc w:val="center"/>
              <w:cnfStyle w:val="100000000000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成績</w:t>
            </w:r>
          </w:p>
        </w:tc>
      </w:tr>
      <w:tr w:rsidR="006A36FE" w:rsidRPr="006A36FE" w:rsidTr="00F1287B">
        <w:trPr>
          <w:cnfStyle w:val="000000100000"/>
          <w:trHeight w:val="351"/>
        </w:trPr>
        <w:tc>
          <w:tcPr>
            <w:cnfStyle w:val="001000000000"/>
            <w:tcW w:w="1668" w:type="dxa"/>
            <w:vMerge w:val="restart"/>
            <w:tcBorders>
              <w:left w:val="none" w:sz="0" w:space="0" w:color="auto"/>
            </w:tcBorders>
            <w:shd w:val="clear" w:color="auto" w:fill="DBE5F1" w:themeFill="accent1" w:themeFillTint="33"/>
            <w:vAlign w:val="center"/>
          </w:tcPr>
          <w:p w:rsidR="006A36FE" w:rsidRPr="006A36FE" w:rsidRDefault="006A36FE" w:rsidP="00C42BDA">
            <w:pPr>
              <w:jc w:val="center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  <w:r w:rsidRPr="006A36FE">
              <w:rPr>
                <w:rFonts w:ascii="標楷體" w:eastAsia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生物化學</w:t>
            </w:r>
          </w:p>
        </w:tc>
        <w:tc>
          <w:tcPr>
            <w:tcW w:w="4110" w:type="dxa"/>
            <w:shd w:val="clear" w:color="auto" w:fill="auto"/>
          </w:tcPr>
          <w:p w:rsidR="006A36FE" w:rsidRPr="006A36FE" w:rsidRDefault="006A36FE" w:rsidP="00C42BDA">
            <w:pPr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6A36F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生物化學(</w:t>
            </w:r>
            <w:proofErr w:type="gramStart"/>
            <w:r w:rsidRPr="006A36F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一</w:t>
            </w:r>
            <w:proofErr w:type="gramEnd"/>
            <w:r w:rsidRPr="006A36FE">
              <w:rPr>
                <w:rFonts w:ascii="標楷體" w:eastAsia="標楷體" w:hAnsi="標楷體"/>
                <w:bCs/>
                <w:sz w:val="24"/>
                <w:szCs w:val="24"/>
              </w:rPr>
              <w:t>)</w:t>
            </w:r>
          </w:p>
        </w:tc>
        <w:tc>
          <w:tcPr>
            <w:tcW w:w="1418" w:type="dxa"/>
            <w:shd w:val="clear" w:color="auto" w:fill="auto"/>
          </w:tcPr>
          <w:p w:rsidR="006A36FE" w:rsidRPr="006A36FE" w:rsidRDefault="006A36FE" w:rsidP="00C42BDA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 w:rsidRPr="006A36F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1</w:t>
            </w:r>
            <w:r w:rsidRPr="006A36FE"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  <w:t>13</w:t>
            </w:r>
            <w:r w:rsidRPr="006A36F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上</w:t>
            </w:r>
          </w:p>
        </w:tc>
        <w:tc>
          <w:tcPr>
            <w:tcW w:w="2268" w:type="dxa"/>
            <w:shd w:val="clear" w:color="auto" w:fill="auto"/>
          </w:tcPr>
          <w:p w:rsidR="006A36FE" w:rsidRPr="006A36FE" w:rsidRDefault="006A36FE" w:rsidP="00C42BDA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 w:rsidRPr="006A36F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學期</w:t>
            </w:r>
          </w:p>
        </w:tc>
        <w:tc>
          <w:tcPr>
            <w:tcW w:w="1134" w:type="dxa"/>
            <w:shd w:val="clear" w:color="auto" w:fill="auto"/>
          </w:tcPr>
          <w:p w:rsidR="006A36FE" w:rsidRPr="006A36FE" w:rsidRDefault="006A36FE" w:rsidP="00C42BDA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 w:rsidRPr="006A36F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9</w:t>
            </w:r>
            <w:r w:rsidRPr="006A36FE"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  <w:t>1</w:t>
            </w:r>
          </w:p>
        </w:tc>
      </w:tr>
      <w:tr w:rsidR="006A36FE" w:rsidRPr="006A36FE" w:rsidTr="00F1287B">
        <w:trPr>
          <w:trHeight w:val="351"/>
        </w:trPr>
        <w:tc>
          <w:tcPr>
            <w:cnfStyle w:val="001000000000"/>
            <w:tcW w:w="1668" w:type="dxa"/>
            <w:vMerge/>
            <w:tcBorders>
              <w:left w:val="none" w:sz="0" w:space="0" w:color="auto"/>
            </w:tcBorders>
            <w:shd w:val="clear" w:color="auto" w:fill="DBE5F1" w:themeFill="accent1" w:themeFillTint="33"/>
            <w:vAlign w:val="center"/>
          </w:tcPr>
          <w:p w:rsidR="006A36FE" w:rsidRPr="006A36FE" w:rsidRDefault="006A36FE" w:rsidP="00C42BDA">
            <w:pPr>
              <w:jc w:val="center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auto"/>
          </w:tcPr>
          <w:p w:rsidR="006A36FE" w:rsidRPr="006A36FE" w:rsidRDefault="006A36FE" w:rsidP="00C42BDA">
            <w:pPr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6A36F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生物化學(二)</w:t>
            </w:r>
          </w:p>
        </w:tc>
        <w:tc>
          <w:tcPr>
            <w:tcW w:w="1418" w:type="dxa"/>
            <w:shd w:val="clear" w:color="auto" w:fill="auto"/>
          </w:tcPr>
          <w:p w:rsidR="006A36FE" w:rsidRPr="006A36FE" w:rsidRDefault="006A36FE" w:rsidP="00C42BDA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 w:rsidRPr="006A36F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1</w:t>
            </w:r>
            <w:r w:rsidRPr="006A36FE"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  <w:t>13</w:t>
            </w:r>
            <w:r w:rsidRPr="006A36F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下</w:t>
            </w:r>
          </w:p>
        </w:tc>
        <w:tc>
          <w:tcPr>
            <w:tcW w:w="2268" w:type="dxa"/>
            <w:shd w:val="clear" w:color="auto" w:fill="auto"/>
          </w:tcPr>
          <w:p w:rsidR="006A36FE" w:rsidRPr="006A36FE" w:rsidRDefault="006A36FE" w:rsidP="00C42BDA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6A36F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學期</w:t>
            </w:r>
          </w:p>
        </w:tc>
        <w:tc>
          <w:tcPr>
            <w:tcW w:w="1134" w:type="dxa"/>
            <w:shd w:val="clear" w:color="auto" w:fill="auto"/>
          </w:tcPr>
          <w:p w:rsidR="006A36FE" w:rsidRPr="006A36FE" w:rsidRDefault="006A36FE" w:rsidP="00C42BDA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 w:rsidRPr="006A36F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9</w:t>
            </w:r>
            <w:r w:rsidRPr="006A36FE"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  <w:t>5</w:t>
            </w:r>
          </w:p>
        </w:tc>
      </w:tr>
      <w:tr w:rsidR="006A36FE" w:rsidRPr="006A36FE" w:rsidTr="00F1287B">
        <w:trPr>
          <w:cnfStyle w:val="000000100000"/>
          <w:trHeight w:val="351"/>
        </w:trPr>
        <w:tc>
          <w:tcPr>
            <w:cnfStyle w:val="001000000000"/>
            <w:tcW w:w="1668" w:type="dxa"/>
            <w:vMerge w:val="restart"/>
            <w:tcBorders>
              <w:left w:val="none" w:sz="0" w:space="0" w:color="auto"/>
            </w:tcBorders>
            <w:shd w:val="clear" w:color="auto" w:fill="DBE5F1" w:themeFill="accent1" w:themeFillTint="33"/>
            <w:vAlign w:val="center"/>
          </w:tcPr>
          <w:p w:rsidR="006A36FE" w:rsidRPr="006A36FE" w:rsidRDefault="006A36FE" w:rsidP="00C42BDA">
            <w:pPr>
              <w:jc w:val="center"/>
              <w:rPr>
                <w:rFonts w:ascii="標楷體" w:eastAsia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6A36FE">
              <w:rPr>
                <w:rFonts w:ascii="標楷體" w:eastAsia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膳食療養學</w:t>
            </w:r>
          </w:p>
        </w:tc>
        <w:tc>
          <w:tcPr>
            <w:tcW w:w="4110" w:type="dxa"/>
            <w:shd w:val="clear" w:color="auto" w:fill="auto"/>
          </w:tcPr>
          <w:p w:rsidR="006A36FE" w:rsidRPr="006A36FE" w:rsidRDefault="006A36FE" w:rsidP="00C42BDA">
            <w:pPr>
              <w:cnfStyle w:val="000000100000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6A36F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膳食療養學(</w:t>
            </w:r>
            <w:proofErr w:type="gramStart"/>
            <w:r w:rsidRPr="006A36F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一</w:t>
            </w:r>
            <w:proofErr w:type="gramEnd"/>
            <w:r w:rsidRPr="006A36F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418" w:type="dxa"/>
            <w:shd w:val="clear" w:color="auto" w:fill="auto"/>
          </w:tcPr>
          <w:p w:rsidR="006A36FE" w:rsidRPr="006A36FE" w:rsidRDefault="006A36FE" w:rsidP="00C42BDA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 w:rsidRPr="006A36F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1</w:t>
            </w:r>
            <w:r w:rsidRPr="006A36FE"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  <w:t>14</w:t>
            </w:r>
            <w:r w:rsidRPr="006A36F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上</w:t>
            </w:r>
          </w:p>
        </w:tc>
        <w:tc>
          <w:tcPr>
            <w:tcW w:w="2268" w:type="dxa"/>
            <w:shd w:val="clear" w:color="auto" w:fill="auto"/>
          </w:tcPr>
          <w:p w:rsidR="006A36FE" w:rsidRPr="006A36FE" w:rsidRDefault="006A36FE" w:rsidP="00C42BDA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 w:rsidRPr="006A36FE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期中</w:t>
            </w:r>
          </w:p>
        </w:tc>
        <w:tc>
          <w:tcPr>
            <w:tcW w:w="1134" w:type="dxa"/>
            <w:shd w:val="clear" w:color="auto" w:fill="auto"/>
          </w:tcPr>
          <w:p w:rsidR="006A36FE" w:rsidRPr="006A36FE" w:rsidRDefault="006A36FE" w:rsidP="00C42BDA">
            <w:pPr>
              <w:jc w:val="center"/>
              <w:cnfStyle w:val="000000100000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 w:rsidRPr="006A36FE"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  <w:t>88</w:t>
            </w:r>
          </w:p>
        </w:tc>
      </w:tr>
      <w:tr w:rsidR="006A36FE" w:rsidRPr="006A36FE" w:rsidTr="00F1287B">
        <w:trPr>
          <w:trHeight w:val="351"/>
        </w:trPr>
        <w:tc>
          <w:tcPr>
            <w:cnfStyle w:val="001000000000"/>
            <w:tcW w:w="1668" w:type="dxa"/>
            <w:vMerge/>
            <w:tcBorders>
              <w:left w:val="none" w:sz="0" w:space="0" w:color="auto"/>
              <w:bottom w:val="none" w:sz="0" w:space="0" w:color="auto"/>
            </w:tcBorders>
            <w:shd w:val="clear" w:color="auto" w:fill="DBE5F1" w:themeFill="accent1" w:themeFillTint="33"/>
            <w:vAlign w:val="center"/>
          </w:tcPr>
          <w:p w:rsidR="006A36FE" w:rsidRPr="006A36FE" w:rsidRDefault="006A36FE" w:rsidP="00C42BDA">
            <w:pPr>
              <w:jc w:val="center"/>
              <w:rPr>
                <w:rFonts w:ascii="標楷體" w:eastAsia="標楷體" w:hAnsi="標楷體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auto"/>
          </w:tcPr>
          <w:p w:rsidR="006A36FE" w:rsidRPr="006A36FE" w:rsidRDefault="006A36FE" w:rsidP="00C42BDA">
            <w:pPr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6A36FE" w:rsidRPr="006A36FE" w:rsidRDefault="006A36FE" w:rsidP="00C42BDA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6A36FE" w:rsidRPr="006A36FE" w:rsidRDefault="006A36FE" w:rsidP="00C42BDA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A36FE" w:rsidRPr="006A36FE" w:rsidRDefault="006A36FE" w:rsidP="00C42BDA">
            <w:pPr>
              <w:jc w:val="center"/>
              <w:cnfStyle w:val="000000000000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</w:tr>
    </w:tbl>
    <w:p w:rsidR="0066185B" w:rsidRPr="006A36FE" w:rsidRDefault="0066185B" w:rsidP="0066185B">
      <w:pPr>
        <w:spacing w:before="20" w:after="20"/>
        <w:rPr>
          <w:rFonts w:ascii="標楷體" w:eastAsia="標楷體" w:hAnsi="標楷體"/>
          <w:bCs/>
          <w:sz w:val="24"/>
          <w:szCs w:val="24"/>
          <w:lang w:eastAsia="zh-TW"/>
        </w:rPr>
      </w:pPr>
    </w:p>
    <w:sectPr w:rsidR="0066185B" w:rsidRPr="006A36FE" w:rsidSect="00034616">
      <w:footerReference w:type="default" r:id="rId8"/>
      <w:pgSz w:w="11906" w:h="16838"/>
      <w:pgMar w:top="454" w:right="709" w:bottom="454" w:left="709" w:header="227" w:footer="25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4A1" w:rsidRDefault="009224A1">
      <w:pPr>
        <w:spacing w:after="0" w:line="240" w:lineRule="auto"/>
      </w:pPr>
      <w:r>
        <w:separator/>
      </w:r>
    </w:p>
  </w:endnote>
  <w:endnote w:type="continuationSeparator" w:id="0">
    <w:p w:rsidR="009224A1" w:rsidRDefault="00922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Noto Sans CJK TC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13" w:rsidRPr="00D16254" w:rsidRDefault="00D16254" w:rsidP="00D16254">
    <w:pPr>
      <w:pStyle w:val="a7"/>
      <w:wordWrap w:val="0"/>
      <w:jc w:val="right"/>
      <w:rPr>
        <w:rFonts w:ascii="標楷體" w:eastAsia="標楷體" w:hAnsi="標楷體" w:cs="新細明體"/>
        <w:sz w:val="24"/>
        <w:szCs w:val="24"/>
        <w:lang w:eastAsia="zh-TW"/>
      </w:rPr>
    </w:pPr>
    <w:r w:rsidRPr="00D16254">
      <w:rPr>
        <w:rFonts w:ascii="標楷體" w:eastAsia="標楷體" w:hAnsi="標楷體" w:cs="新細明體" w:hint="eastAsia"/>
        <w:sz w:val="24"/>
        <w:szCs w:val="24"/>
        <w:lang w:eastAsia="zh-TW"/>
      </w:rPr>
      <w:t>林口長庚營養治療科 2026年9月1</w:t>
    </w:r>
    <w:r w:rsidR="00C866A9">
      <w:rPr>
        <w:rFonts w:ascii="標楷體" w:eastAsia="標楷體" w:hAnsi="標楷體" w:cs="新細明體"/>
        <w:sz w:val="24"/>
        <w:szCs w:val="24"/>
        <w:lang w:eastAsia="zh-TW"/>
      </w:rPr>
      <w:t>7</w:t>
    </w:r>
    <w:r w:rsidRPr="00D16254">
      <w:rPr>
        <w:rFonts w:ascii="標楷體" w:eastAsia="標楷體" w:hAnsi="標楷體" w:cs="新細明體" w:hint="eastAsia"/>
        <w:sz w:val="24"/>
        <w:szCs w:val="24"/>
        <w:lang w:eastAsia="zh-TW"/>
      </w:rPr>
      <w:t xml:space="preserve">日修訂 </w:t>
    </w:r>
    <w:r w:rsidRPr="00D16254">
      <w:rPr>
        <w:rFonts w:ascii="標楷體" w:eastAsia="標楷體" w:hAnsi="標楷體" w:cs="新細明體"/>
        <w:sz w:val="24"/>
        <w:szCs w:val="24"/>
        <w:lang w:eastAsia="zh-TW"/>
      </w:rPr>
      <w:t>v1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4A1" w:rsidRDefault="009224A1">
      <w:pPr>
        <w:spacing w:after="0" w:line="240" w:lineRule="auto"/>
      </w:pPr>
      <w:r>
        <w:separator/>
      </w:r>
    </w:p>
  </w:footnote>
  <w:footnote w:type="continuationSeparator" w:id="0">
    <w:p w:rsidR="009224A1" w:rsidRDefault="009224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78E3E8D"/>
    <w:multiLevelType w:val="hybridMultilevel"/>
    <w:tmpl w:val="D7A8046E"/>
    <w:lvl w:ilvl="0" w:tplc="4FD28B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47730"/>
    <w:rsid w:val="00012255"/>
    <w:rsid w:val="000332C9"/>
    <w:rsid w:val="00034616"/>
    <w:rsid w:val="0005652D"/>
    <w:rsid w:val="0006063C"/>
    <w:rsid w:val="000C4C4E"/>
    <w:rsid w:val="000F4EAD"/>
    <w:rsid w:val="0015074B"/>
    <w:rsid w:val="0015410E"/>
    <w:rsid w:val="002862F6"/>
    <w:rsid w:val="0029639D"/>
    <w:rsid w:val="002B4273"/>
    <w:rsid w:val="002C1F3F"/>
    <w:rsid w:val="002D7BB5"/>
    <w:rsid w:val="00326F90"/>
    <w:rsid w:val="00450615"/>
    <w:rsid w:val="004C6817"/>
    <w:rsid w:val="004E1691"/>
    <w:rsid w:val="005026F3"/>
    <w:rsid w:val="00537CC6"/>
    <w:rsid w:val="00637371"/>
    <w:rsid w:val="0066185B"/>
    <w:rsid w:val="00682C32"/>
    <w:rsid w:val="006A36FE"/>
    <w:rsid w:val="006E3766"/>
    <w:rsid w:val="00865F4D"/>
    <w:rsid w:val="008A03B6"/>
    <w:rsid w:val="008E17E9"/>
    <w:rsid w:val="009224A1"/>
    <w:rsid w:val="00945C7A"/>
    <w:rsid w:val="009A4E20"/>
    <w:rsid w:val="009B3413"/>
    <w:rsid w:val="00A27255"/>
    <w:rsid w:val="00A61E81"/>
    <w:rsid w:val="00AA1D8D"/>
    <w:rsid w:val="00AE3F6B"/>
    <w:rsid w:val="00B47730"/>
    <w:rsid w:val="00BF0B81"/>
    <w:rsid w:val="00C05B2A"/>
    <w:rsid w:val="00C1787D"/>
    <w:rsid w:val="00C22992"/>
    <w:rsid w:val="00C815F3"/>
    <w:rsid w:val="00C866A9"/>
    <w:rsid w:val="00CA5CEE"/>
    <w:rsid w:val="00CB0664"/>
    <w:rsid w:val="00D059E0"/>
    <w:rsid w:val="00D16254"/>
    <w:rsid w:val="00E96E40"/>
    <w:rsid w:val="00EF14ED"/>
    <w:rsid w:val="00F1287B"/>
    <w:rsid w:val="00F66068"/>
    <w:rsid w:val="00FA03E8"/>
    <w:rsid w:val="00FC693F"/>
    <w:rsid w:val="00FE4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Noto Sans CJK TC" w:eastAsia="Noto Sans CJK TC" w:hAnsi="Noto Sans CJK TC"/>
      <w:sz w:val="19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30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GridTable1LightAccent2">
    <w:name w:val="Grid Table 1 Light Accent 2"/>
    <w:basedOn w:val="a3"/>
    <w:uiPriority w:val="46"/>
    <w:rsid w:val="008A0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a3"/>
    <w:uiPriority w:val="46"/>
    <w:rsid w:val="008A0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4">
    <w:name w:val="Plain Table 4"/>
    <w:basedOn w:val="a3"/>
    <w:uiPriority w:val="99"/>
    <w:rsid w:val="008A03B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ridTable2Accent3">
    <w:name w:val="Grid Table 2 Accent 3"/>
    <w:basedOn w:val="a3"/>
    <w:uiPriority w:val="47"/>
    <w:rsid w:val="008A0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ridTable4Accent3">
    <w:name w:val="Grid Table 4 Accent 3"/>
    <w:basedOn w:val="a3"/>
    <w:uiPriority w:val="49"/>
    <w:rsid w:val="008A0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ridTable3Accent3">
    <w:name w:val="Grid Table 3 Accent 3"/>
    <w:basedOn w:val="a3"/>
    <w:uiPriority w:val="48"/>
    <w:rsid w:val="008A0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customStyle="1" w:styleId="GridTable2Accent6">
    <w:name w:val="Grid Table 2 Accent 6"/>
    <w:basedOn w:val="a3"/>
    <w:uiPriority w:val="47"/>
    <w:rsid w:val="008A0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GridTable6ColorfulAccent3">
    <w:name w:val="Grid Table 6 Colorful Accent 3"/>
    <w:basedOn w:val="a3"/>
    <w:uiPriority w:val="51"/>
    <w:rsid w:val="008A03B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ridTable5DarkAccent6">
    <w:name w:val="Grid Table 5 Dark Accent 6"/>
    <w:basedOn w:val="a3"/>
    <w:uiPriority w:val="50"/>
    <w:rsid w:val="008A0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GridTable6Colorful">
    <w:name w:val="Grid Table 6 Colorful"/>
    <w:basedOn w:val="a3"/>
    <w:uiPriority w:val="51"/>
    <w:rsid w:val="008A03B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3">
    <w:name w:val="Grid Table 7 Colorful Accent 3"/>
    <w:basedOn w:val="a3"/>
    <w:uiPriority w:val="52"/>
    <w:rsid w:val="008A03B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customStyle="1" w:styleId="GridTable6ColorfulAccent6">
    <w:name w:val="Grid Table 6 Colorful Accent 6"/>
    <w:basedOn w:val="a3"/>
    <w:uiPriority w:val="51"/>
    <w:rsid w:val="008A03B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GridTable7ColorfulAccent4">
    <w:name w:val="Grid Table 7 Colorful Accent 4"/>
    <w:basedOn w:val="a3"/>
    <w:uiPriority w:val="52"/>
    <w:rsid w:val="008A03B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customStyle="1" w:styleId="GridTable5DarkAccent3">
    <w:name w:val="Grid Table 5 Dark Accent 3"/>
    <w:basedOn w:val="a3"/>
    <w:uiPriority w:val="50"/>
    <w:rsid w:val="008A0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9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6954470-162D-49DB-B597-6F7EF32F1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815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116年度營養實習甄試六大科成績審核表</dc:title>
  <dc:subject>營養實習甄試資格審查</dc:subject>
  <dc:creator>林口長庚紀念醫院營養治療科</dc:creator>
  <cp:keywords/>
  <dc:description>generated by python-docx</dc:description>
  <cp:lastModifiedBy>ICESHOUT</cp:lastModifiedBy>
  <cp:revision>32</cp:revision>
  <dcterms:created xsi:type="dcterms:W3CDTF">2013-12-23T23:15:00Z</dcterms:created>
  <dcterms:modified xsi:type="dcterms:W3CDTF">2026-09-23T01:09:00Z</dcterms:modified>
  <cp:category/>
</cp:coreProperties>
</file>